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BE500" w14:textId="250843FD" w:rsidR="00297D6B" w:rsidRDefault="00501DF1">
      <w:pPr>
        <w:pStyle w:val="aa"/>
        <w:rPr>
          <w:sz w:val="36"/>
          <w:szCs w:val="36"/>
          <w:lang w:eastAsia="ja-JP"/>
        </w:rPr>
      </w:pPr>
      <w:r w:rsidRPr="002214AE">
        <w:rPr>
          <w:sz w:val="36"/>
          <w:szCs w:val="36"/>
          <w:lang w:eastAsia="ja-JP"/>
        </w:rPr>
        <w:t>令和</w:t>
      </w:r>
      <w:r w:rsidR="001174D1">
        <w:rPr>
          <w:rFonts w:hint="eastAsia"/>
          <w:sz w:val="36"/>
          <w:szCs w:val="36"/>
          <w:lang w:eastAsia="ja-JP"/>
        </w:rPr>
        <w:t>８</w:t>
      </w:r>
      <w:r w:rsidRPr="002214AE">
        <w:rPr>
          <w:sz w:val="36"/>
          <w:szCs w:val="36"/>
          <w:lang w:eastAsia="ja-JP"/>
        </w:rPr>
        <w:t>年度</w:t>
      </w:r>
      <w:r w:rsidRPr="002214AE">
        <w:rPr>
          <w:sz w:val="36"/>
          <w:szCs w:val="36"/>
          <w:lang w:eastAsia="ja-JP"/>
        </w:rPr>
        <w:t xml:space="preserve"> </w:t>
      </w:r>
      <w:r w:rsidRPr="002214AE">
        <w:rPr>
          <w:sz w:val="36"/>
          <w:szCs w:val="36"/>
          <w:lang w:eastAsia="ja-JP"/>
        </w:rPr>
        <w:t>あさぎり町出張健幸健康運動教室</w:t>
      </w:r>
      <w:r w:rsidRPr="002214AE">
        <w:rPr>
          <w:sz w:val="36"/>
          <w:szCs w:val="36"/>
          <w:lang w:eastAsia="ja-JP"/>
        </w:rPr>
        <w:t xml:space="preserve"> </w:t>
      </w:r>
      <w:r w:rsidRPr="002214AE">
        <w:rPr>
          <w:sz w:val="36"/>
          <w:szCs w:val="36"/>
          <w:lang w:eastAsia="ja-JP"/>
        </w:rPr>
        <w:t>申込書</w:t>
      </w:r>
    </w:p>
    <w:p w14:paraId="0A7CF2CA" w14:textId="192ECD02" w:rsidR="002214AE" w:rsidRPr="002214AE" w:rsidRDefault="002214AE" w:rsidP="002214AE">
      <w:pPr>
        <w:jc w:val="right"/>
        <w:rPr>
          <w:u w:val="single"/>
          <w:lang w:eastAsia="ja-JP"/>
        </w:rPr>
      </w:pPr>
      <w:r w:rsidRPr="002214AE">
        <w:rPr>
          <w:rFonts w:hint="eastAsia"/>
          <w:u w:val="single"/>
          <w:lang w:eastAsia="ja-JP"/>
        </w:rPr>
        <w:t>申込日：</w:t>
      </w:r>
      <w:r w:rsidR="001174D1">
        <w:rPr>
          <w:rFonts w:hint="eastAsia"/>
          <w:u w:val="single"/>
          <w:lang w:eastAsia="ja-JP"/>
        </w:rPr>
        <w:t xml:space="preserve">　</w:t>
      </w:r>
      <w:r w:rsidRPr="002214AE">
        <w:rPr>
          <w:rFonts w:hint="eastAsia"/>
          <w:u w:val="single"/>
          <w:lang w:eastAsia="ja-JP"/>
        </w:rPr>
        <w:t xml:space="preserve">　年　月　日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3397"/>
        <w:gridCol w:w="5233"/>
      </w:tblGrid>
      <w:tr w:rsidR="00297D6B" w14:paraId="1B9AD8B7" w14:textId="77777777" w:rsidTr="0019077F">
        <w:trPr>
          <w:trHeight w:val="417"/>
        </w:trPr>
        <w:tc>
          <w:tcPr>
            <w:tcW w:w="3397" w:type="dxa"/>
          </w:tcPr>
          <w:p w14:paraId="767AF54A" w14:textId="662D6F69" w:rsidR="00297D6B" w:rsidRPr="0019077F" w:rsidRDefault="002214AE" w:rsidP="002214AE">
            <w:pPr>
              <w:rPr>
                <w:rFonts w:hint="eastAsia"/>
                <w:sz w:val="24"/>
                <w:szCs w:val="24"/>
                <w:lang w:eastAsia="ja-JP"/>
              </w:rPr>
            </w:pPr>
            <w:proofErr w:type="spellStart"/>
            <w:r w:rsidRPr="0019077F">
              <w:rPr>
                <w:sz w:val="24"/>
                <w:szCs w:val="24"/>
              </w:rPr>
              <w:t>団体名</w:t>
            </w:r>
            <w:proofErr w:type="spellEnd"/>
          </w:p>
        </w:tc>
        <w:tc>
          <w:tcPr>
            <w:tcW w:w="5233" w:type="dxa"/>
          </w:tcPr>
          <w:p w14:paraId="662103C7" w14:textId="77777777" w:rsidR="00297D6B" w:rsidRPr="0019077F" w:rsidRDefault="00297D6B">
            <w:pPr>
              <w:rPr>
                <w:sz w:val="24"/>
                <w:szCs w:val="24"/>
              </w:rPr>
            </w:pPr>
          </w:p>
        </w:tc>
      </w:tr>
      <w:tr w:rsidR="00297D6B" w14:paraId="6B85D5A9" w14:textId="77777777" w:rsidTr="0019077F">
        <w:trPr>
          <w:trHeight w:val="417"/>
        </w:trPr>
        <w:tc>
          <w:tcPr>
            <w:tcW w:w="3397" w:type="dxa"/>
          </w:tcPr>
          <w:p w14:paraId="1E789BC8" w14:textId="77777777" w:rsidR="00297D6B" w:rsidRPr="0019077F" w:rsidRDefault="00501DF1">
            <w:pPr>
              <w:rPr>
                <w:sz w:val="24"/>
                <w:szCs w:val="24"/>
              </w:rPr>
            </w:pPr>
            <w:proofErr w:type="spellStart"/>
            <w:r w:rsidRPr="0019077F">
              <w:rPr>
                <w:sz w:val="24"/>
                <w:szCs w:val="24"/>
              </w:rPr>
              <w:t>代表者氏名</w:t>
            </w:r>
            <w:proofErr w:type="spellEnd"/>
          </w:p>
        </w:tc>
        <w:tc>
          <w:tcPr>
            <w:tcW w:w="5233" w:type="dxa"/>
          </w:tcPr>
          <w:p w14:paraId="13FCFD15" w14:textId="77777777" w:rsidR="00297D6B" w:rsidRPr="0019077F" w:rsidRDefault="00297D6B">
            <w:pPr>
              <w:rPr>
                <w:sz w:val="24"/>
                <w:szCs w:val="24"/>
              </w:rPr>
            </w:pPr>
          </w:p>
        </w:tc>
      </w:tr>
      <w:tr w:rsidR="00297D6B" w14:paraId="0C80C2EC" w14:textId="77777777" w:rsidTr="0019077F">
        <w:trPr>
          <w:trHeight w:val="417"/>
        </w:trPr>
        <w:tc>
          <w:tcPr>
            <w:tcW w:w="3397" w:type="dxa"/>
          </w:tcPr>
          <w:p w14:paraId="086295BB" w14:textId="77777777" w:rsidR="00297D6B" w:rsidRPr="0019077F" w:rsidRDefault="00501DF1">
            <w:pPr>
              <w:rPr>
                <w:sz w:val="24"/>
                <w:szCs w:val="24"/>
              </w:rPr>
            </w:pPr>
            <w:proofErr w:type="spellStart"/>
            <w:r w:rsidRPr="0019077F">
              <w:rPr>
                <w:sz w:val="24"/>
                <w:szCs w:val="24"/>
              </w:rPr>
              <w:t>担当者氏名</w:t>
            </w:r>
            <w:proofErr w:type="spellEnd"/>
          </w:p>
        </w:tc>
        <w:tc>
          <w:tcPr>
            <w:tcW w:w="5233" w:type="dxa"/>
          </w:tcPr>
          <w:p w14:paraId="4916D89C" w14:textId="77777777" w:rsidR="00297D6B" w:rsidRPr="0019077F" w:rsidRDefault="00297D6B">
            <w:pPr>
              <w:rPr>
                <w:sz w:val="24"/>
                <w:szCs w:val="24"/>
              </w:rPr>
            </w:pPr>
          </w:p>
        </w:tc>
      </w:tr>
      <w:tr w:rsidR="00297D6B" w14:paraId="6FC53229" w14:textId="77777777" w:rsidTr="00274CDB">
        <w:trPr>
          <w:trHeight w:val="1677"/>
        </w:trPr>
        <w:tc>
          <w:tcPr>
            <w:tcW w:w="3397" w:type="dxa"/>
            <w:tcBorders>
              <w:bottom w:val="single" w:sz="4" w:space="0" w:color="auto"/>
            </w:tcBorders>
          </w:tcPr>
          <w:p w14:paraId="42C2A0F1" w14:textId="77777777" w:rsidR="00297D6B" w:rsidRPr="0019077F" w:rsidRDefault="00501DF1">
            <w:pPr>
              <w:rPr>
                <w:sz w:val="24"/>
                <w:szCs w:val="24"/>
                <w:lang w:eastAsia="ja-JP"/>
              </w:rPr>
            </w:pPr>
            <w:r w:rsidRPr="0019077F">
              <w:rPr>
                <w:sz w:val="24"/>
                <w:szCs w:val="24"/>
                <w:lang w:eastAsia="ja-JP"/>
              </w:rPr>
              <w:t>連絡先</w:t>
            </w:r>
          </w:p>
          <w:p w14:paraId="3FA502C9" w14:textId="77777777" w:rsidR="002214AE" w:rsidRPr="0019077F" w:rsidRDefault="0019077F" w:rsidP="002214AE">
            <w:pPr>
              <w:rPr>
                <w:sz w:val="24"/>
                <w:szCs w:val="24"/>
                <w:lang w:eastAsia="ja-JP"/>
              </w:rPr>
            </w:pPr>
            <w:r>
              <w:rPr>
                <w:rFonts w:hint="eastAsia"/>
                <w:sz w:val="24"/>
                <w:szCs w:val="24"/>
                <w:lang w:eastAsia="ja-JP"/>
              </w:rPr>
              <w:t>（</w:t>
            </w:r>
            <w:r w:rsidR="002214AE" w:rsidRPr="0019077F">
              <w:rPr>
                <w:rFonts w:hint="eastAsia"/>
                <w:sz w:val="24"/>
                <w:szCs w:val="24"/>
                <w:lang w:eastAsia="ja-JP"/>
              </w:rPr>
              <w:t>電話は、日中連絡のとりやすい番号をご記入ください。</w:t>
            </w:r>
            <w:r>
              <w:rPr>
                <w:rFonts w:hint="eastAsia"/>
                <w:sz w:val="24"/>
                <w:szCs w:val="24"/>
                <w:lang w:eastAsia="ja-JP"/>
              </w:rPr>
              <w:t>）</w:t>
            </w:r>
          </w:p>
        </w:tc>
        <w:tc>
          <w:tcPr>
            <w:tcW w:w="5233" w:type="dxa"/>
            <w:tcBorders>
              <w:bottom w:val="single" w:sz="4" w:space="0" w:color="auto"/>
            </w:tcBorders>
          </w:tcPr>
          <w:p w14:paraId="3868AC91" w14:textId="77777777" w:rsidR="002214AE" w:rsidRPr="0019077F" w:rsidRDefault="002214AE">
            <w:pPr>
              <w:rPr>
                <w:sz w:val="24"/>
                <w:szCs w:val="24"/>
                <w:lang w:eastAsia="ja-JP"/>
              </w:rPr>
            </w:pPr>
            <w:r w:rsidRPr="0019077F">
              <w:rPr>
                <w:rFonts w:hint="eastAsia"/>
                <w:sz w:val="24"/>
                <w:szCs w:val="24"/>
                <w:lang w:eastAsia="ja-JP"/>
              </w:rPr>
              <w:t>【連絡先】</w:t>
            </w:r>
          </w:p>
          <w:p w14:paraId="22B0FE76" w14:textId="77777777" w:rsidR="0019077F" w:rsidRPr="0019077F" w:rsidRDefault="0019077F">
            <w:pPr>
              <w:rPr>
                <w:sz w:val="24"/>
                <w:szCs w:val="24"/>
                <w:lang w:eastAsia="ja-JP"/>
              </w:rPr>
            </w:pPr>
          </w:p>
          <w:p w14:paraId="7B1EA8CA" w14:textId="77777777" w:rsidR="00297D6B" w:rsidRPr="0019077F" w:rsidRDefault="002214AE">
            <w:pPr>
              <w:rPr>
                <w:sz w:val="24"/>
                <w:szCs w:val="24"/>
                <w:lang w:eastAsia="ja-JP"/>
              </w:rPr>
            </w:pPr>
            <w:r w:rsidRPr="0019077F">
              <w:rPr>
                <w:rFonts w:hint="eastAsia"/>
                <w:sz w:val="24"/>
                <w:szCs w:val="24"/>
                <w:lang w:eastAsia="ja-JP"/>
              </w:rPr>
              <w:t>【電話】</w:t>
            </w:r>
          </w:p>
          <w:p w14:paraId="623E48DD" w14:textId="77777777" w:rsidR="0019077F" w:rsidRPr="0019077F" w:rsidRDefault="0019077F">
            <w:pPr>
              <w:rPr>
                <w:sz w:val="24"/>
                <w:szCs w:val="24"/>
                <w:lang w:eastAsia="ja-JP"/>
              </w:rPr>
            </w:pPr>
          </w:p>
          <w:p w14:paraId="0A7E2D51" w14:textId="77777777" w:rsidR="002214AE" w:rsidRPr="0019077F" w:rsidRDefault="002214AE">
            <w:pPr>
              <w:rPr>
                <w:sz w:val="24"/>
                <w:szCs w:val="24"/>
                <w:lang w:eastAsia="ja-JP"/>
              </w:rPr>
            </w:pPr>
            <w:r w:rsidRPr="0019077F">
              <w:rPr>
                <w:rFonts w:hint="eastAsia"/>
                <w:sz w:val="24"/>
                <w:szCs w:val="24"/>
                <w:lang w:eastAsia="ja-JP"/>
              </w:rPr>
              <w:t>【</w:t>
            </w:r>
            <w:r w:rsidRPr="0019077F">
              <w:rPr>
                <w:rFonts w:hint="eastAsia"/>
                <w:sz w:val="24"/>
                <w:szCs w:val="24"/>
                <w:lang w:eastAsia="ja-JP"/>
              </w:rPr>
              <w:t>FAX</w:t>
            </w:r>
            <w:r w:rsidRPr="0019077F">
              <w:rPr>
                <w:rFonts w:hint="eastAsia"/>
                <w:sz w:val="24"/>
                <w:szCs w:val="24"/>
                <w:lang w:eastAsia="ja-JP"/>
              </w:rPr>
              <w:t>】</w:t>
            </w:r>
          </w:p>
          <w:p w14:paraId="259D268A" w14:textId="77777777" w:rsidR="0019077F" w:rsidRPr="0019077F" w:rsidRDefault="0019077F" w:rsidP="002214AE">
            <w:pPr>
              <w:rPr>
                <w:sz w:val="24"/>
                <w:szCs w:val="24"/>
                <w:lang w:eastAsia="ja-JP"/>
              </w:rPr>
            </w:pPr>
          </w:p>
          <w:p w14:paraId="18DC32C2" w14:textId="77777777" w:rsidR="002214AE" w:rsidRPr="0019077F" w:rsidRDefault="002214AE" w:rsidP="002214AE">
            <w:pPr>
              <w:rPr>
                <w:sz w:val="24"/>
                <w:szCs w:val="24"/>
                <w:lang w:eastAsia="ja-JP"/>
              </w:rPr>
            </w:pPr>
            <w:r w:rsidRPr="0019077F">
              <w:rPr>
                <w:rFonts w:hint="eastAsia"/>
                <w:sz w:val="24"/>
                <w:szCs w:val="24"/>
                <w:lang w:eastAsia="ja-JP"/>
              </w:rPr>
              <w:t>【メールアドレス】</w:t>
            </w:r>
          </w:p>
          <w:p w14:paraId="5293FFE9" w14:textId="77777777" w:rsidR="0019077F" w:rsidRPr="0019077F" w:rsidRDefault="0019077F" w:rsidP="002214AE">
            <w:pPr>
              <w:rPr>
                <w:sz w:val="24"/>
                <w:szCs w:val="24"/>
                <w:lang w:eastAsia="ja-JP"/>
              </w:rPr>
            </w:pPr>
          </w:p>
          <w:p w14:paraId="12CD79C5" w14:textId="77777777" w:rsidR="0019077F" w:rsidRPr="0019077F" w:rsidRDefault="0019077F" w:rsidP="002214AE">
            <w:pPr>
              <w:rPr>
                <w:sz w:val="24"/>
                <w:szCs w:val="24"/>
              </w:rPr>
            </w:pPr>
          </w:p>
        </w:tc>
      </w:tr>
      <w:tr w:rsidR="00274CDB" w14:paraId="0D38F62F" w14:textId="77777777" w:rsidTr="0019077F">
        <w:trPr>
          <w:trHeight w:val="411"/>
        </w:trPr>
        <w:tc>
          <w:tcPr>
            <w:tcW w:w="3397" w:type="dxa"/>
            <w:vMerge w:val="restart"/>
          </w:tcPr>
          <w:p w14:paraId="5E055359" w14:textId="77777777" w:rsidR="00DE165B" w:rsidRDefault="00DE165B" w:rsidP="00274CDB">
            <w:pPr>
              <w:rPr>
                <w:sz w:val="24"/>
                <w:szCs w:val="24"/>
                <w:lang w:eastAsia="ja-JP"/>
              </w:rPr>
            </w:pPr>
          </w:p>
          <w:p w14:paraId="1983EA8F" w14:textId="43599065" w:rsidR="00274CDB" w:rsidRPr="0019077F" w:rsidRDefault="00274CDB" w:rsidP="00274CDB">
            <w:pPr>
              <w:rPr>
                <w:sz w:val="24"/>
                <w:szCs w:val="24"/>
              </w:rPr>
            </w:pPr>
            <w:proofErr w:type="spellStart"/>
            <w:r w:rsidRPr="0019077F">
              <w:rPr>
                <w:sz w:val="24"/>
                <w:szCs w:val="24"/>
              </w:rPr>
              <w:t>実施希望日時</w:t>
            </w:r>
            <w:proofErr w:type="spellEnd"/>
          </w:p>
        </w:tc>
        <w:tc>
          <w:tcPr>
            <w:tcW w:w="5233" w:type="dxa"/>
          </w:tcPr>
          <w:p w14:paraId="74CA3AA6" w14:textId="77777777" w:rsidR="00274CDB" w:rsidRPr="0019077F" w:rsidRDefault="00274CDB" w:rsidP="00274CDB">
            <w:pPr>
              <w:rPr>
                <w:sz w:val="24"/>
                <w:szCs w:val="24"/>
                <w:lang w:eastAsia="ja-JP"/>
              </w:rPr>
            </w:pPr>
            <w:r w:rsidRPr="0019077F">
              <w:rPr>
                <w:sz w:val="24"/>
                <w:szCs w:val="24"/>
                <w:lang w:eastAsia="ja-JP"/>
              </w:rPr>
              <w:t>第</w:t>
            </w:r>
            <w:r w:rsidRPr="0019077F">
              <w:rPr>
                <w:sz w:val="24"/>
                <w:szCs w:val="24"/>
                <w:lang w:eastAsia="ja-JP"/>
              </w:rPr>
              <w:t>1</w:t>
            </w:r>
            <w:r w:rsidRPr="0019077F">
              <w:rPr>
                <w:sz w:val="24"/>
                <w:szCs w:val="24"/>
                <w:lang w:eastAsia="ja-JP"/>
              </w:rPr>
              <w:t>希望</w:t>
            </w:r>
            <w:r w:rsidRPr="0019077F">
              <w:rPr>
                <w:rFonts w:hint="eastAsia"/>
                <w:sz w:val="24"/>
                <w:szCs w:val="24"/>
                <w:lang w:eastAsia="ja-JP"/>
              </w:rPr>
              <w:t>：　　年　　月　　日（　）</w:t>
            </w:r>
            <w:r w:rsidR="00DF2925">
              <w:rPr>
                <w:rFonts w:hint="eastAsia"/>
                <w:sz w:val="24"/>
                <w:szCs w:val="24"/>
                <w:lang w:eastAsia="ja-JP"/>
              </w:rPr>
              <w:t xml:space="preserve">　時～</w:t>
            </w:r>
          </w:p>
        </w:tc>
      </w:tr>
      <w:tr w:rsidR="00274CDB" w14:paraId="3080E213" w14:textId="77777777" w:rsidTr="0019077F">
        <w:trPr>
          <w:trHeight w:val="411"/>
        </w:trPr>
        <w:tc>
          <w:tcPr>
            <w:tcW w:w="3397" w:type="dxa"/>
            <w:vMerge/>
          </w:tcPr>
          <w:p w14:paraId="5D49108F" w14:textId="77777777" w:rsidR="00274CDB" w:rsidRPr="0019077F" w:rsidRDefault="00274CDB" w:rsidP="00274CDB">
            <w:pPr>
              <w:rPr>
                <w:sz w:val="24"/>
                <w:szCs w:val="24"/>
                <w:lang w:eastAsia="ja-JP"/>
              </w:rPr>
            </w:pPr>
          </w:p>
        </w:tc>
        <w:tc>
          <w:tcPr>
            <w:tcW w:w="5233" w:type="dxa"/>
          </w:tcPr>
          <w:p w14:paraId="570D3396" w14:textId="77777777" w:rsidR="00274CDB" w:rsidRPr="0019077F" w:rsidRDefault="00274CDB" w:rsidP="00274CDB">
            <w:pPr>
              <w:rPr>
                <w:sz w:val="24"/>
                <w:szCs w:val="24"/>
                <w:lang w:eastAsia="ja-JP"/>
              </w:rPr>
            </w:pPr>
            <w:r w:rsidRPr="0019077F">
              <w:rPr>
                <w:sz w:val="24"/>
                <w:szCs w:val="24"/>
                <w:lang w:eastAsia="ja-JP"/>
              </w:rPr>
              <w:t>第</w:t>
            </w:r>
            <w:r w:rsidRPr="0019077F">
              <w:rPr>
                <w:rFonts w:hint="eastAsia"/>
                <w:sz w:val="24"/>
                <w:szCs w:val="24"/>
                <w:lang w:eastAsia="ja-JP"/>
              </w:rPr>
              <w:t>2</w:t>
            </w:r>
            <w:r w:rsidRPr="0019077F">
              <w:rPr>
                <w:sz w:val="24"/>
                <w:szCs w:val="24"/>
                <w:lang w:eastAsia="ja-JP"/>
              </w:rPr>
              <w:t>希望</w:t>
            </w:r>
            <w:r w:rsidRPr="0019077F">
              <w:rPr>
                <w:rFonts w:hint="eastAsia"/>
                <w:sz w:val="24"/>
                <w:szCs w:val="24"/>
                <w:lang w:eastAsia="ja-JP"/>
              </w:rPr>
              <w:t>：　　年　　月　　日（　）</w:t>
            </w:r>
            <w:r w:rsidR="00DF2925">
              <w:rPr>
                <w:rFonts w:hint="eastAsia"/>
                <w:sz w:val="24"/>
                <w:szCs w:val="24"/>
                <w:lang w:eastAsia="ja-JP"/>
              </w:rPr>
              <w:t xml:space="preserve">　時～</w:t>
            </w:r>
          </w:p>
        </w:tc>
      </w:tr>
      <w:tr w:rsidR="00274CDB" w14:paraId="5FEF1E82" w14:textId="77777777" w:rsidTr="0019077F">
        <w:trPr>
          <w:trHeight w:val="411"/>
        </w:trPr>
        <w:tc>
          <w:tcPr>
            <w:tcW w:w="3397" w:type="dxa"/>
            <w:vMerge/>
            <w:tcBorders>
              <w:bottom w:val="single" w:sz="4" w:space="0" w:color="auto"/>
            </w:tcBorders>
          </w:tcPr>
          <w:p w14:paraId="5B6DD1E9" w14:textId="77777777" w:rsidR="00274CDB" w:rsidRPr="0019077F" w:rsidRDefault="00274CDB" w:rsidP="00274CDB">
            <w:pPr>
              <w:rPr>
                <w:sz w:val="24"/>
                <w:szCs w:val="24"/>
              </w:rPr>
            </w:pPr>
          </w:p>
        </w:tc>
        <w:tc>
          <w:tcPr>
            <w:tcW w:w="5233" w:type="dxa"/>
            <w:tcBorders>
              <w:bottom w:val="single" w:sz="4" w:space="0" w:color="auto"/>
            </w:tcBorders>
          </w:tcPr>
          <w:p w14:paraId="1F1ABDC6" w14:textId="77777777" w:rsidR="00274CDB" w:rsidRPr="0019077F" w:rsidRDefault="00274CDB" w:rsidP="00274CDB">
            <w:pPr>
              <w:rPr>
                <w:sz w:val="24"/>
                <w:szCs w:val="24"/>
                <w:lang w:eastAsia="ja-JP"/>
              </w:rPr>
            </w:pPr>
            <w:r w:rsidRPr="0019077F">
              <w:rPr>
                <w:sz w:val="24"/>
                <w:szCs w:val="24"/>
                <w:lang w:eastAsia="ja-JP"/>
              </w:rPr>
              <w:t>第</w:t>
            </w:r>
            <w:r w:rsidRPr="0019077F">
              <w:rPr>
                <w:rFonts w:hint="eastAsia"/>
                <w:sz w:val="24"/>
                <w:szCs w:val="24"/>
                <w:lang w:eastAsia="ja-JP"/>
              </w:rPr>
              <w:t>3</w:t>
            </w:r>
            <w:r w:rsidRPr="0019077F">
              <w:rPr>
                <w:sz w:val="24"/>
                <w:szCs w:val="24"/>
                <w:lang w:eastAsia="ja-JP"/>
              </w:rPr>
              <w:t>希望</w:t>
            </w:r>
            <w:r w:rsidRPr="0019077F">
              <w:rPr>
                <w:rFonts w:hint="eastAsia"/>
                <w:sz w:val="24"/>
                <w:szCs w:val="24"/>
                <w:lang w:eastAsia="ja-JP"/>
              </w:rPr>
              <w:t>：　　年　　月　　日（　）</w:t>
            </w:r>
            <w:r w:rsidR="00DF2925">
              <w:rPr>
                <w:rFonts w:hint="eastAsia"/>
                <w:sz w:val="24"/>
                <w:szCs w:val="24"/>
                <w:lang w:eastAsia="ja-JP"/>
              </w:rPr>
              <w:t xml:space="preserve">　時～</w:t>
            </w:r>
          </w:p>
        </w:tc>
      </w:tr>
      <w:tr w:rsidR="00297D6B" w14:paraId="0F121173" w14:textId="77777777" w:rsidTr="0019077F">
        <w:trPr>
          <w:trHeight w:val="605"/>
        </w:trPr>
        <w:tc>
          <w:tcPr>
            <w:tcW w:w="3397" w:type="dxa"/>
          </w:tcPr>
          <w:p w14:paraId="7372494D" w14:textId="77777777" w:rsidR="00297D6B" w:rsidRPr="0019077F" w:rsidRDefault="00501DF1" w:rsidP="00274CDB">
            <w:pPr>
              <w:rPr>
                <w:sz w:val="24"/>
                <w:szCs w:val="24"/>
                <w:lang w:eastAsia="ja-JP"/>
              </w:rPr>
            </w:pPr>
            <w:r w:rsidRPr="0019077F">
              <w:rPr>
                <w:sz w:val="24"/>
                <w:szCs w:val="24"/>
                <w:lang w:eastAsia="ja-JP"/>
              </w:rPr>
              <w:t>実施場所（室内に限る）</w:t>
            </w:r>
          </w:p>
        </w:tc>
        <w:tc>
          <w:tcPr>
            <w:tcW w:w="5233" w:type="dxa"/>
          </w:tcPr>
          <w:p w14:paraId="0272F448" w14:textId="77777777" w:rsidR="00297D6B" w:rsidRPr="0019077F" w:rsidRDefault="00297D6B">
            <w:pPr>
              <w:rPr>
                <w:sz w:val="24"/>
                <w:szCs w:val="24"/>
                <w:lang w:eastAsia="ja-JP"/>
              </w:rPr>
            </w:pPr>
          </w:p>
        </w:tc>
      </w:tr>
      <w:tr w:rsidR="00297D6B" w14:paraId="0A7615FD" w14:textId="77777777" w:rsidTr="00274CDB">
        <w:tc>
          <w:tcPr>
            <w:tcW w:w="3397" w:type="dxa"/>
          </w:tcPr>
          <w:p w14:paraId="05FDAFB6" w14:textId="77777777" w:rsidR="00DE165B" w:rsidRDefault="00DE165B" w:rsidP="0019077F">
            <w:pPr>
              <w:rPr>
                <w:sz w:val="24"/>
                <w:szCs w:val="24"/>
                <w:lang w:eastAsia="ja-JP"/>
              </w:rPr>
            </w:pPr>
          </w:p>
          <w:p w14:paraId="43343176" w14:textId="0D5B6350" w:rsidR="00297D6B" w:rsidRPr="0019077F" w:rsidRDefault="00501DF1" w:rsidP="0019077F">
            <w:pPr>
              <w:rPr>
                <w:rFonts w:hint="eastAsia"/>
                <w:sz w:val="24"/>
                <w:szCs w:val="24"/>
                <w:lang w:eastAsia="ja-JP"/>
              </w:rPr>
            </w:pPr>
            <w:r w:rsidRPr="0019077F">
              <w:rPr>
                <w:sz w:val="24"/>
                <w:szCs w:val="24"/>
                <w:lang w:eastAsia="ja-JP"/>
              </w:rPr>
              <w:t>参加予定人数</w:t>
            </w:r>
          </w:p>
        </w:tc>
        <w:tc>
          <w:tcPr>
            <w:tcW w:w="5233" w:type="dxa"/>
          </w:tcPr>
          <w:p w14:paraId="749F104E" w14:textId="77777777" w:rsidR="00DE165B" w:rsidRDefault="00DE165B">
            <w:pPr>
              <w:rPr>
                <w:sz w:val="24"/>
                <w:szCs w:val="24"/>
                <w:lang w:eastAsia="ja-JP"/>
              </w:rPr>
            </w:pPr>
          </w:p>
          <w:p w14:paraId="445A4DB0" w14:textId="5A72B67D" w:rsidR="0019077F" w:rsidRDefault="00274CDB">
            <w:pPr>
              <w:rPr>
                <w:sz w:val="24"/>
                <w:szCs w:val="24"/>
                <w:lang w:eastAsia="ja-JP"/>
              </w:rPr>
            </w:pPr>
            <w:r w:rsidRPr="0019077F">
              <w:rPr>
                <w:rFonts w:hint="eastAsia"/>
                <w:sz w:val="24"/>
                <w:szCs w:val="24"/>
                <w:lang w:eastAsia="ja-JP"/>
              </w:rPr>
              <w:t xml:space="preserve">（年代　</w:t>
            </w:r>
            <w:r w:rsidR="0019077F">
              <w:rPr>
                <w:rFonts w:hint="eastAsia"/>
                <w:sz w:val="24"/>
                <w:szCs w:val="24"/>
                <w:lang w:eastAsia="ja-JP"/>
              </w:rPr>
              <w:t xml:space="preserve">　　</w:t>
            </w:r>
            <w:r w:rsidRPr="0019077F">
              <w:rPr>
                <w:rFonts w:hint="eastAsia"/>
                <w:sz w:val="24"/>
                <w:szCs w:val="24"/>
                <w:lang w:eastAsia="ja-JP"/>
              </w:rPr>
              <w:t xml:space="preserve">　歳代）　　</w:t>
            </w:r>
            <w:r w:rsidR="00DE165B">
              <w:rPr>
                <w:rFonts w:hint="eastAsia"/>
                <w:sz w:val="24"/>
                <w:szCs w:val="24"/>
                <w:lang w:eastAsia="ja-JP"/>
              </w:rPr>
              <w:t xml:space="preserve">　　　　　</w:t>
            </w:r>
            <w:r w:rsidR="0019077F">
              <w:rPr>
                <w:rFonts w:hint="eastAsia"/>
                <w:sz w:val="24"/>
                <w:szCs w:val="24"/>
                <w:lang w:eastAsia="ja-JP"/>
              </w:rPr>
              <w:t xml:space="preserve">　名</w:t>
            </w:r>
          </w:p>
          <w:p w14:paraId="7E2FCA70" w14:textId="310FEC07" w:rsidR="0019077F" w:rsidRPr="0019077F" w:rsidRDefault="0019077F" w:rsidP="0019077F">
            <w:pPr>
              <w:rPr>
                <w:rFonts w:hint="eastAsia"/>
                <w:sz w:val="24"/>
                <w:szCs w:val="24"/>
                <w:lang w:eastAsia="ja-JP"/>
              </w:rPr>
            </w:pPr>
          </w:p>
        </w:tc>
      </w:tr>
      <w:tr w:rsidR="00297D6B" w14:paraId="545302F7" w14:textId="77777777" w:rsidTr="0019077F">
        <w:trPr>
          <w:trHeight w:val="526"/>
        </w:trPr>
        <w:tc>
          <w:tcPr>
            <w:tcW w:w="3397" w:type="dxa"/>
            <w:tcBorders>
              <w:bottom w:val="single" w:sz="4" w:space="0" w:color="auto"/>
            </w:tcBorders>
          </w:tcPr>
          <w:p w14:paraId="6F364294" w14:textId="77777777" w:rsidR="00297D6B" w:rsidRPr="0019077F" w:rsidRDefault="00297D6B" w:rsidP="0019077F">
            <w:pPr>
              <w:rPr>
                <w:sz w:val="24"/>
                <w:szCs w:val="24"/>
              </w:rPr>
            </w:pPr>
          </w:p>
          <w:p w14:paraId="0FA52666" w14:textId="77777777" w:rsidR="0019077F" w:rsidRPr="0019077F" w:rsidRDefault="0019077F" w:rsidP="0019077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ja-JP"/>
              </w:rPr>
              <w:t>備考</w:t>
            </w:r>
          </w:p>
          <w:p w14:paraId="4DBEC9A1" w14:textId="77777777" w:rsidR="0019077F" w:rsidRPr="0019077F" w:rsidRDefault="0019077F" w:rsidP="0019077F">
            <w:pPr>
              <w:rPr>
                <w:sz w:val="24"/>
                <w:szCs w:val="24"/>
              </w:rPr>
            </w:pPr>
          </w:p>
        </w:tc>
        <w:tc>
          <w:tcPr>
            <w:tcW w:w="5233" w:type="dxa"/>
            <w:tcBorders>
              <w:bottom w:val="single" w:sz="4" w:space="0" w:color="auto"/>
            </w:tcBorders>
          </w:tcPr>
          <w:p w14:paraId="2B4A16A2" w14:textId="77777777" w:rsidR="00297D6B" w:rsidRPr="0019077F" w:rsidRDefault="00297D6B">
            <w:pPr>
              <w:rPr>
                <w:sz w:val="24"/>
                <w:szCs w:val="24"/>
              </w:rPr>
            </w:pPr>
          </w:p>
        </w:tc>
      </w:tr>
    </w:tbl>
    <w:p w14:paraId="0FA5ADD4" w14:textId="77777777" w:rsidR="008604BB" w:rsidRDefault="00501DF1">
      <w:pPr>
        <w:rPr>
          <w:lang w:eastAsia="ja-JP"/>
        </w:rPr>
      </w:pPr>
      <w:r>
        <w:rPr>
          <w:lang w:eastAsia="ja-JP"/>
        </w:rPr>
        <w:br/>
        <w:t>※</w:t>
      </w:r>
      <w:r>
        <w:rPr>
          <w:lang w:eastAsia="ja-JP"/>
        </w:rPr>
        <w:t>実施希望日の</w:t>
      </w:r>
      <w:r>
        <w:rPr>
          <w:lang w:eastAsia="ja-JP"/>
        </w:rPr>
        <w:t>1</w:t>
      </w:r>
      <w:r>
        <w:rPr>
          <w:lang w:eastAsia="ja-JP"/>
        </w:rPr>
        <w:t>か月前までにご提出ください。</w:t>
      </w:r>
    </w:p>
    <w:p w14:paraId="620A474D" w14:textId="77777777" w:rsidR="00297D6B" w:rsidRDefault="00501DF1">
      <w:pPr>
        <w:rPr>
          <w:lang w:eastAsia="ja-JP"/>
        </w:rPr>
      </w:pPr>
      <w:r>
        <w:rPr>
          <w:lang w:eastAsia="ja-JP"/>
        </w:rPr>
        <w:t>※</w:t>
      </w:r>
      <w:r>
        <w:rPr>
          <w:lang w:eastAsia="ja-JP"/>
        </w:rPr>
        <w:t>会場使用料・講師の駐車場代が発生する場合は申込団体にてご負担ください。</w:t>
      </w:r>
    </w:p>
    <w:p w14:paraId="3F5E3209" w14:textId="77777777" w:rsidR="008604BB" w:rsidRPr="00496F42" w:rsidRDefault="00496F42">
      <w:pPr>
        <w:rPr>
          <w:lang w:eastAsia="ja-JP"/>
        </w:rPr>
      </w:pPr>
      <w:r w:rsidRPr="00496F42">
        <w:rPr>
          <w:noProof/>
          <w:lang w:eastAsia="ja-JP"/>
        </w:rPr>
        <w:drawing>
          <wp:anchor distT="0" distB="0" distL="114300" distR="114300" simplePos="0" relativeHeight="251658240" behindDoc="1" locked="0" layoutInCell="1" allowOverlap="1" wp14:anchorId="225AA77D" wp14:editId="0AD81E63">
            <wp:simplePos x="0" y="0"/>
            <wp:positionH relativeFrom="column">
              <wp:posOffset>4924425</wp:posOffset>
            </wp:positionH>
            <wp:positionV relativeFrom="paragraph">
              <wp:posOffset>26670</wp:posOffset>
            </wp:positionV>
            <wp:extent cx="476250" cy="476250"/>
            <wp:effectExtent l="0" t="0" r="0" b="0"/>
            <wp:wrapNone/>
            <wp:docPr id="1" name="図 1" descr="\\profile\redirect\y-tateno\Desktop\出張\ダウンロード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profile\redirect\y-tateno\Desktop\出張\ダウンロード (1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604BB">
        <w:rPr>
          <w:rFonts w:hint="eastAsia"/>
          <w:lang w:eastAsia="ja-JP"/>
        </w:rPr>
        <w:t>申込先：あさぎり町役場健康推進課</w:t>
      </w:r>
    </w:p>
    <w:p w14:paraId="1BB24DAD" w14:textId="77777777" w:rsidR="008604BB" w:rsidRPr="008604BB" w:rsidRDefault="008604BB" w:rsidP="008604BB">
      <w:pPr>
        <w:ind w:firstLineChars="400" w:firstLine="880"/>
        <w:rPr>
          <w:lang w:eastAsia="ja-JP"/>
        </w:rPr>
      </w:pPr>
      <w:r>
        <w:rPr>
          <w:rFonts w:hint="eastAsia"/>
          <w:lang w:eastAsia="ja-JP"/>
        </w:rPr>
        <w:t>①</w:t>
      </w:r>
      <w:r>
        <w:rPr>
          <w:rFonts w:hint="eastAsia"/>
          <w:lang w:eastAsia="ja-JP"/>
        </w:rPr>
        <w:t>FAX</w:t>
      </w:r>
      <w:r>
        <w:rPr>
          <w:rFonts w:hint="eastAsia"/>
          <w:lang w:eastAsia="ja-JP"/>
        </w:rPr>
        <w:t xml:space="preserve">　</w:t>
      </w:r>
      <w:r>
        <w:rPr>
          <w:rFonts w:hint="eastAsia"/>
          <w:lang w:eastAsia="ja-JP"/>
        </w:rPr>
        <w:t>4</w:t>
      </w:r>
      <w:r w:rsidR="00930CAB">
        <w:rPr>
          <w:rFonts w:hint="eastAsia"/>
          <w:lang w:eastAsia="ja-JP"/>
        </w:rPr>
        <w:t>9</w:t>
      </w:r>
      <w:r>
        <w:rPr>
          <w:rFonts w:hint="eastAsia"/>
          <w:lang w:eastAsia="ja-JP"/>
        </w:rPr>
        <w:t>-9535</w:t>
      </w:r>
      <w:r>
        <w:rPr>
          <w:rFonts w:hint="eastAsia"/>
          <w:lang w:eastAsia="ja-JP"/>
        </w:rPr>
        <w:t xml:space="preserve">　　②</w:t>
      </w:r>
      <w:r>
        <w:rPr>
          <w:rFonts w:hint="eastAsia"/>
          <w:lang w:eastAsia="ja-JP"/>
        </w:rPr>
        <w:t>Logo</w:t>
      </w:r>
      <w:r>
        <w:rPr>
          <w:rFonts w:hint="eastAsia"/>
          <w:lang w:eastAsia="ja-JP"/>
        </w:rPr>
        <w:t>フォーム：</w:t>
      </w:r>
      <w:hyperlink r:id="rId7" w:tgtFrame="_blank" w:history="1">
        <w:r w:rsidR="00496F42">
          <w:rPr>
            <w:rStyle w:val="aff"/>
            <w:rFonts w:ascii="Arial" w:hAnsi="Arial" w:cs="Arial"/>
            <w:color w:val="009688"/>
            <w:shd w:val="clear" w:color="auto" w:fill="FFFFFF"/>
          </w:rPr>
          <w:t>https://logoform.jp/f/OAN9x</w:t>
        </w:r>
      </w:hyperlink>
      <w:r w:rsidR="00496F42">
        <w:rPr>
          <w:rFonts w:hint="eastAsia"/>
          <w:lang w:eastAsia="ja-JP"/>
        </w:rPr>
        <w:t xml:space="preserve">　</w:t>
      </w:r>
    </w:p>
    <w:sectPr w:rsidR="008604BB" w:rsidRPr="008604B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48643490">
    <w:abstractNumId w:val="8"/>
  </w:num>
  <w:num w:numId="2" w16cid:durableId="790129148">
    <w:abstractNumId w:val="6"/>
  </w:num>
  <w:num w:numId="3" w16cid:durableId="2073000320">
    <w:abstractNumId w:val="5"/>
  </w:num>
  <w:num w:numId="4" w16cid:durableId="567349667">
    <w:abstractNumId w:val="4"/>
  </w:num>
  <w:num w:numId="5" w16cid:durableId="1960070235">
    <w:abstractNumId w:val="7"/>
  </w:num>
  <w:num w:numId="6" w16cid:durableId="510680275">
    <w:abstractNumId w:val="3"/>
  </w:num>
  <w:num w:numId="7" w16cid:durableId="320739009">
    <w:abstractNumId w:val="2"/>
  </w:num>
  <w:num w:numId="8" w16cid:durableId="56444715">
    <w:abstractNumId w:val="1"/>
  </w:num>
  <w:num w:numId="9" w16cid:durableId="669991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74D1"/>
    <w:rsid w:val="0015074B"/>
    <w:rsid w:val="0019077F"/>
    <w:rsid w:val="002214AE"/>
    <w:rsid w:val="00274CDB"/>
    <w:rsid w:val="0029639D"/>
    <w:rsid w:val="00297D6B"/>
    <w:rsid w:val="00326F90"/>
    <w:rsid w:val="00496F42"/>
    <w:rsid w:val="00501DF1"/>
    <w:rsid w:val="005B59C8"/>
    <w:rsid w:val="008604BB"/>
    <w:rsid w:val="0088709A"/>
    <w:rsid w:val="00930CAB"/>
    <w:rsid w:val="00AA1D8D"/>
    <w:rsid w:val="00B47730"/>
    <w:rsid w:val="00CB0664"/>
    <w:rsid w:val="00DE165B"/>
    <w:rsid w:val="00DF292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09AE134"/>
  <w14:defaultImageDpi w14:val="300"/>
  <w15:docId w15:val="{91C81B26-1B05-4FC9-90CC-DA21020F3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">
    <w:name w:val="Hyperlink"/>
    <w:basedOn w:val="a2"/>
    <w:uiPriority w:val="99"/>
    <w:semiHidden/>
    <w:unhideWhenUsed/>
    <w:rsid w:val="00496F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oform.jp/f/OAN9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B7AE21-7837-43CF-A705-0859CEAEE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松本治子</cp:lastModifiedBy>
  <cp:revision>3</cp:revision>
  <dcterms:created xsi:type="dcterms:W3CDTF">2026-09-10T08:24:00Z</dcterms:created>
  <dcterms:modified xsi:type="dcterms:W3CDTF">2026-09-10T08:25:00Z</dcterms:modified>
  <cp:category/>
</cp:coreProperties>
</file>